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השונות למיין טקסטים באתר: שכבת גיל, סוגה ומיומנות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 מתאימה לטקסט לפי כותרת ותיאור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לסוגות טקסט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יש סינון לפי שכבה, סוגה ומיומנות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טקסטים לחט״ב, לעולם הנוער ולמתקדמים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טקסט לסוגה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(קומיקס)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 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(מאמר 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מציין שם טקסט אמיתי מהרשימה, מסביר על מה הוא, ונותן סיבה ברורה להמלצה.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שכבת גיל,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יומן הטיול השנתי, היומן שלי מהיסודי לחטיבה, יומן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מיועד לכיתות הצעירות, מתקדמים לתלמידים מאתגרים יותר בחט״ב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מבנה הדף לפני התרגול, כדי שיבינו מה זה שכבה, סוגה ומיומנות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ולבקש מכל זוג לבחור טקסט ולהציג אותו לפי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ה-skip_n מתאימה לתלמידים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ספריית הטקסטים – שכבות, סוגות ומיומנויות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'בחרו טקסט' אפשר למצוא טקסטים רבים, ולסנן אותם לפי שכבת גיל, לפי סוגה (כמו סיפור, מידע או יומן) ולפי מיומנות לשון שרוצים לתרגל.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  ·  מידע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על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שכבת גיל מיועדת לתלמידים הצעירים ביותר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עולם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הסיפור 'מי אכל את העוגה?' שייך לאיזו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הטקסט 'המכתב לחבר' שייך לאיזו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טיעון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אפשר לבחור טקסט גם לפי שכבת גיל וגם לפי סוגה.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הטקסטים באתר מיועדים רק לתלמידי 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הטקסט 'העצים שמדברים זה עם זה' שייך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'תעלומת הציור שנעלם' שייך לסוגת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טקסט לסוגה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הרפתקאות האות ד׳ הסוררת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גיבורי השבוע: הכיתה שהחזירה חיים לספרייה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קומיקס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כדורי שוקולד בלי 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שימושי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שבה אתם ממליצים לחבר או לחברה על טקסט אחד מהספרייה, ומסבירים למה כדאי לקרוא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הדרכים שבהן אפשר למיין טקסטים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לטקסט אחד מסוגת 'יומן'.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ספריית הטקסטים – שכבות, סוגות ומיומנויות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