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הכרת ספריית הטקסטים – שכבות, סוגות ומיומנויות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הדרכים השונות למיין טקסטים באתר: שכבת גיל, סוגה ומיומנות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סוגה מתאימה לטקסט לפי כותרת ותיאור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לסוגות טקסט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קומיקס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בעמוד יש סינון לפי שכבה, סוגה ומיומנות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גם טקסטים לחט״ב, לעולם הנוער ולמתקדמים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הכותרת מציינת שמדובר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מופיעה בשכבת 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ציווי הוא מיומנות לשון ולא סוגה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מתקדמים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טקסט לסוגה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(קומיקס)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(כתבה בעיתון)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(טקסט שימושי)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(מאמר 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(השוואת מקורות)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'יומן הטיול השנתי' – שכבת יסודי ה׳-ו׳, סוגת יומן.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מציין שם טקסט אמיתי מהרשימה, מסביר על מה הוא, ונותן סיבה ברורה להמלצה.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שכבת גיל, סוגה ומיומנות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יומן הטיול השנתי, היומן שלי מהיסודי לחטיבה, יומן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יסודי מיועד לכיתות הצעירות, מתקדמים לתלמידים מאתגרים יותר בחט״ב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לתלמידים את מבנה הדף לפני התרגול, כדי שיבינו מה זה שכבה, סוגה ומיומנות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ולבקש מכל זוג לבחור טקסט ולהציג אותו לפי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ה-skip_n מתאימה לתלמידים מתקדמים או כעבודה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הכרת ספריית הטקסטים – שכבות, סוגות ומיומנויות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'בחרו טקסט' אפשר למצוא טקסטים רבים, ולסנן אותם לפי שכבת גיל, לפי סוגה (כמו סיפור, מידע או יומן) ולפי מיומנות לשון שרוצים לתרגל.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על הספרייה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שכבת גיל מיועדת לתלמידים הצעירים ביותר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 הנוער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הסיפור 'מי אכל את העוגה?' שייך לאיזו סוגה?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הטקסט 'המכתב לחבר' שייך לאיזו סוגה?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הטקסט 'ארנבון בכיתה – כן או לא?' שייך לאיזו סוגה?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שכבה מיועדת לתלמידים המתקדמים ביותר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 הנוער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סוגה מתארת טקסט עם תמונות ובלונים של דיבור?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אפשר לבחור טקסט גם לפי שכבת גיל וגם לפי סוגה.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הטקסטים באתר מיועדים רק לתלמידי יסודי.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'יומן הטיול השנתי' הוא דוגמה לסוגת יומן.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'השוואת מקורות' היא סוגה שמופיעה רק בשכבת יסודי.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'ציווי' הוא שם של סוגת טקסט באתר.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הטקסט 'העצים שמדברים זה עם זה' שייך לסוגת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אחת המיומנויות הלשוניות באתר עוסקת ב__________ של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הסיפור 'תעלומת הציור שנעלם' שייך לסוגת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השכבה שעוסקת בנושאים כמו מסכים ורשתות חברתיות נקראת עולם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'מכתב מברצלונה' שייך לשכבת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טקסט לסוגה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הרפתקאות האות ד׳ הסוררת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השוואת 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גיבורי השבוע: הכיתה שהחזירה חיים לספרייה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מאמר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כדורי שוקולד בלי אפייה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כתבה בעיתון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מספיק לנקות – הגיע הזמן לסגור את הברז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קומיקס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זה לא הוגן! גם אצל בעלי חיים?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שימושי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אחד מהרשימה, וכתבו באיזו שכבה, סוגה ומיומנות הוא מופיע.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שבה אתם ממליצים לחבר או לחברה על טקסט אחד מהספרייה, ומסבירים למה כדאי לקרוא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הדרכים שבהן אפשר למיין טקסטים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לטקסט אחד מסוגת 'יומן'.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שכבת 'יסודי' לשכבת 'מתקדמים'?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הכרת ספריית הטקסטים – שכבות, סוגות ומיומנויות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